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5B87" w:rsidRPr="00693BFE" w:rsidRDefault="00693BFE">
      <w:pPr>
        <w:pStyle w:val="Heading1"/>
        <w:jc w:val="center"/>
        <w:rPr>
          <w:rFonts w:ascii="Twinkl Cursive Looped" w:hAnsi="Twinkl Cursive Looped"/>
        </w:rPr>
      </w:pPr>
      <w:bookmarkStart w:id="0" w:name="_Hlk207355834"/>
      <w:bookmarkEnd w:id="0"/>
      <w:r w:rsidRPr="00693BFE">
        <w:rPr>
          <w:rFonts w:ascii="Segoe UI Emoji" w:hAnsi="Segoe UI Emoji" w:cs="Segoe UI Emoji"/>
        </w:rPr>
        <w:t>🌟</w:t>
      </w:r>
      <w:r w:rsidRPr="00693BFE">
        <w:rPr>
          <w:rFonts w:ascii="Twinkl Cursive Looped" w:hAnsi="Twinkl Cursive Looped"/>
        </w:rPr>
        <w:t xml:space="preserve"> Year 5/6 Parent Newsletter – Autumn Term Welcome </w:t>
      </w:r>
      <w:r w:rsidRPr="00693BFE">
        <w:rPr>
          <w:rFonts w:ascii="Segoe UI Emoji" w:hAnsi="Segoe UI Emoji" w:cs="Segoe UI Emoji"/>
        </w:rPr>
        <w:t>🌟</w:t>
      </w:r>
    </w:p>
    <w:p w:rsidR="00DF5B87" w:rsidRPr="00693BFE" w:rsidRDefault="00693BFE">
      <w:pPr>
        <w:jc w:val="center"/>
        <w:rPr>
          <w:rFonts w:ascii="Twinkl Cursive Looped" w:hAnsi="Twinkl Cursive Looped"/>
        </w:rPr>
      </w:pPr>
      <w:r w:rsidRPr="00693BFE">
        <w:rPr>
          <w:rFonts w:ascii="Twinkl Cursive Looped" w:hAnsi="Twinkl Cursive Looped"/>
          <w:i/>
          <w:sz w:val="24"/>
        </w:rPr>
        <w:t>September 2025</w:t>
      </w:r>
    </w:p>
    <w:p w:rsidR="00DF5B87" w:rsidRPr="00693BFE" w:rsidRDefault="00693BFE">
      <w:pPr>
        <w:rPr>
          <w:rFonts w:ascii="Twinkl Cursive Looped" w:hAnsi="Twinkl Cursive Looped"/>
        </w:rPr>
      </w:pPr>
      <w:r w:rsidRPr="00693BFE">
        <w:rPr>
          <w:rFonts w:ascii="Twinkl Cursive Looped" w:hAnsi="Twinkl Cursive Looped"/>
        </w:rPr>
        <w:t>Dear Parents and Carers,</w:t>
      </w:r>
      <w:bookmarkStart w:id="1" w:name="_GoBack"/>
      <w:bookmarkEnd w:id="1"/>
      <w:r w:rsidRPr="00693BFE">
        <w:rPr>
          <w:rFonts w:ascii="Twinkl Cursive Looped" w:hAnsi="Twinkl Cursive Looped"/>
        </w:rPr>
        <w:br/>
      </w:r>
      <w:r w:rsidRPr="00693BFE">
        <w:rPr>
          <w:rFonts w:ascii="Twinkl Cursive Looped" w:hAnsi="Twinkl Cursive Looped"/>
        </w:rPr>
        <w:br/>
        <w:t>A very warm welcome to the new school year!</w:t>
      </w:r>
      <w:r>
        <w:rPr>
          <w:rFonts w:ascii="Twinkl Cursive Looped" w:hAnsi="Twinkl Cursive Looped"/>
        </w:rPr>
        <w:t xml:space="preserve"> </w:t>
      </w:r>
      <w:r w:rsidRPr="00693BFE">
        <w:rPr>
          <w:rFonts w:ascii="Twinkl Cursive Looped" w:hAnsi="Twinkl Cursive Looped"/>
        </w:rPr>
        <w:t xml:space="preserve">We have an exciting year ahead packed with learning, growth and memorable experiences and we wanted to give you an overview of the year with some key dates to pop in your diaries. </w:t>
      </w:r>
      <w:r w:rsidR="003758CA">
        <w:rPr>
          <w:rFonts w:ascii="Twinkl Cursive Looped" w:hAnsi="Twinkl Cursive Looped"/>
        </w:rPr>
        <w:t xml:space="preserve">Please find attached homework for this term. Please make sure your child is reading at least three times a week and recording it on their bookmark. Remember for each bookmark completed, they will win a </w:t>
      </w:r>
      <w:proofErr w:type="spellStart"/>
      <w:r w:rsidR="003758CA">
        <w:rPr>
          <w:rFonts w:ascii="Twinkl Cursive Looped" w:hAnsi="Twinkl Cursive Looped"/>
        </w:rPr>
        <w:t>SHARPie</w:t>
      </w:r>
      <w:proofErr w:type="spellEnd"/>
      <w:r w:rsidR="003758CA">
        <w:rPr>
          <w:rFonts w:ascii="Twinkl Cursive Looped" w:hAnsi="Twinkl Cursive Looped"/>
        </w:rPr>
        <w:t xml:space="preserve"> badge!</w:t>
      </w:r>
    </w:p>
    <w:p w:rsidR="00DF5B87" w:rsidRPr="00693BFE" w:rsidRDefault="00693BFE">
      <w:pPr>
        <w:pStyle w:val="Heading2"/>
        <w:rPr>
          <w:rFonts w:ascii="Twinkl Cursive Looped" w:hAnsi="Twinkl Cursive Looped"/>
        </w:rPr>
      </w:pPr>
      <w:r w:rsidRPr="00693BFE">
        <w:rPr>
          <w:rFonts w:ascii="Segoe UI Emoji" w:hAnsi="Segoe UI Emoji" w:cs="Segoe UI Emoji"/>
        </w:rPr>
        <w:t>✨</w:t>
      </w:r>
      <w:r w:rsidRPr="00693BFE">
        <w:rPr>
          <w:rFonts w:ascii="Twinkl Cursive Looped" w:hAnsi="Twinkl Cursive Looped"/>
        </w:rPr>
        <w:t xml:space="preserve"> Autumn Term Topic: Space “Illusion”</w:t>
      </w:r>
    </w:p>
    <w:p w:rsidR="00DF5B87" w:rsidRPr="00693BFE" w:rsidRDefault="00693BFE">
      <w:pPr>
        <w:rPr>
          <w:rFonts w:ascii="Twinkl Cursive Looped" w:hAnsi="Twinkl Cursive Looped"/>
        </w:rPr>
      </w:pPr>
      <w:r w:rsidRPr="00693BFE">
        <w:rPr>
          <w:rFonts w:ascii="Twinkl Cursive Looped" w:hAnsi="Twinkl Cursive Looped"/>
        </w:rPr>
        <w:t>This term’s learning will launch with our fascinating theme Space and Illusion. Children will explore the mysteries of the universe, the science behind light and perception, and how illusion can be used in both art and science.</w:t>
      </w:r>
      <w:r w:rsidRPr="00693BFE">
        <w:rPr>
          <w:rFonts w:ascii="Twinkl Cursive Looped" w:hAnsi="Twinkl Cursive Looped"/>
        </w:rPr>
        <w:br/>
      </w:r>
      <w:r w:rsidRPr="00693BFE">
        <w:rPr>
          <w:rFonts w:ascii="Twinkl Cursive Looped" w:hAnsi="Twinkl Cursive Looped"/>
        </w:rPr>
        <w:br/>
        <w:t xml:space="preserve">We’re thrilled to announce a trip to the </w:t>
      </w:r>
      <w:r w:rsidRPr="00693BFE">
        <w:rPr>
          <w:rFonts w:ascii="Twinkl Cursive Looped" w:hAnsi="Twinkl Cursive Looped"/>
          <w:b/>
        </w:rPr>
        <w:t>Winchester Science Centre and Planetarium</w:t>
      </w:r>
      <w:r w:rsidRPr="00693BFE">
        <w:rPr>
          <w:rFonts w:ascii="Twinkl Cursive Looped" w:hAnsi="Twinkl Cursive Looped"/>
        </w:rPr>
        <w:t xml:space="preserve"> on </w:t>
      </w:r>
      <w:r w:rsidR="009C4A26">
        <w:rPr>
          <w:rFonts w:ascii="Twinkl Cursive Looped" w:hAnsi="Twinkl Cursive Looped"/>
          <w:b/>
        </w:rPr>
        <w:t>Wednesday</w:t>
      </w:r>
      <w:r w:rsidRPr="00693BFE">
        <w:rPr>
          <w:rFonts w:ascii="Twinkl Cursive Looped" w:hAnsi="Twinkl Cursive Looped"/>
          <w:b/>
        </w:rPr>
        <w:t xml:space="preserve"> 8th October</w:t>
      </w:r>
      <w:r w:rsidRPr="00693BFE">
        <w:rPr>
          <w:rFonts w:ascii="Twinkl Cursive Looped" w:hAnsi="Twinkl Cursive Looped"/>
        </w:rPr>
        <w:t>, where children will experience a planetarium show and take part in hands-on scientific exploration to ignite their curiosity and deepen their learning.</w:t>
      </w:r>
    </w:p>
    <w:p w:rsidR="00DF5B87" w:rsidRPr="00693BFE" w:rsidRDefault="00693BFE">
      <w:pPr>
        <w:pStyle w:val="Heading2"/>
        <w:rPr>
          <w:rFonts w:ascii="Twinkl Cursive Looped" w:hAnsi="Twinkl Cursive Looped"/>
        </w:rPr>
      </w:pPr>
      <w:r w:rsidRPr="00693BFE">
        <w:rPr>
          <w:rFonts w:ascii="Segoe UI Emoji" w:hAnsi="Segoe UI Emoji" w:cs="Segoe UI Emoji"/>
        </w:rPr>
        <w:t>🏕</w:t>
      </w:r>
      <w:r w:rsidRPr="00693BFE">
        <w:rPr>
          <w:rFonts w:ascii="Twinkl Cursive Looped" w:hAnsi="Twinkl Cursive Looped"/>
        </w:rPr>
        <w:t xml:space="preserve"> Year 6 Residential: Runway’s End</w:t>
      </w:r>
    </w:p>
    <w:p w:rsidR="00DF5B87" w:rsidRPr="00693BFE" w:rsidRDefault="00693BFE">
      <w:pPr>
        <w:rPr>
          <w:rFonts w:ascii="Twinkl Cursive Looped" w:hAnsi="Twinkl Cursive Looped"/>
        </w:rPr>
      </w:pPr>
      <w:r w:rsidRPr="00693BFE">
        <w:rPr>
          <w:rFonts w:ascii="Twinkl Cursive Looped" w:hAnsi="Twinkl Cursive Looped"/>
        </w:rPr>
        <w:t xml:space="preserve">We are delighted to offer Year 6 pupils the opportunity to attend our exciting residential trip to </w:t>
      </w:r>
      <w:r w:rsidRPr="00693BFE">
        <w:rPr>
          <w:rFonts w:ascii="Twinkl Cursive Looped" w:hAnsi="Twinkl Cursive Looped"/>
          <w:b/>
        </w:rPr>
        <w:t>Runway’s End</w:t>
      </w:r>
      <w:r w:rsidRPr="00693BFE">
        <w:rPr>
          <w:rFonts w:ascii="Twinkl Cursive Looped" w:hAnsi="Twinkl Cursive Looped"/>
        </w:rPr>
        <w:t xml:space="preserve"> from </w:t>
      </w:r>
      <w:r w:rsidRPr="00693BFE">
        <w:rPr>
          <w:rFonts w:ascii="Twinkl Cursive Looped" w:hAnsi="Twinkl Cursive Looped"/>
          <w:b/>
        </w:rPr>
        <w:t>19th–21st November</w:t>
      </w:r>
      <w:r w:rsidRPr="00693BFE">
        <w:rPr>
          <w:rFonts w:ascii="Twinkl Cursive Looped" w:hAnsi="Twinkl Cursive Looped"/>
        </w:rPr>
        <w:t>. This is a fantastic chance for children to build confidence, strengthen friendships and challenge themselves in a safe, supportive environment.</w:t>
      </w:r>
    </w:p>
    <w:p w:rsidR="00DF5B87" w:rsidRPr="00693BFE" w:rsidRDefault="00693BFE">
      <w:pPr>
        <w:pStyle w:val="Heading2"/>
        <w:rPr>
          <w:rFonts w:ascii="Twinkl Cursive Looped" w:hAnsi="Twinkl Cursive Looped"/>
        </w:rPr>
      </w:pPr>
      <w:r w:rsidRPr="00693BFE">
        <w:rPr>
          <w:rFonts w:ascii="Segoe UI Emoji" w:hAnsi="Segoe UI Emoji" w:cs="Segoe UI Emoji"/>
        </w:rPr>
        <w:t>📚</w:t>
      </w:r>
      <w:r w:rsidRPr="00693BFE">
        <w:rPr>
          <w:rFonts w:ascii="Twinkl Cursive Looped" w:hAnsi="Twinkl Cursive Looped"/>
        </w:rPr>
        <w:t xml:space="preserve"> SATs Week for Year 6</w:t>
      </w:r>
    </w:p>
    <w:p w:rsidR="00DF5B87" w:rsidRPr="00693BFE" w:rsidRDefault="00693BFE">
      <w:pPr>
        <w:rPr>
          <w:rFonts w:ascii="Twinkl Cursive Looped" w:hAnsi="Twinkl Cursive Looped"/>
        </w:rPr>
      </w:pPr>
      <w:r w:rsidRPr="00693BFE">
        <w:rPr>
          <w:rFonts w:ascii="Twinkl Cursive Looped" w:hAnsi="Twinkl Cursive Looped"/>
        </w:rPr>
        <w:t xml:space="preserve">Please note that </w:t>
      </w:r>
      <w:r w:rsidRPr="00693BFE">
        <w:rPr>
          <w:rFonts w:ascii="Twinkl Cursive Looped" w:hAnsi="Twinkl Cursive Looped"/>
          <w:b/>
        </w:rPr>
        <w:t>SATs Week</w:t>
      </w:r>
      <w:r w:rsidRPr="00693BFE">
        <w:rPr>
          <w:rFonts w:ascii="Twinkl Cursive Looped" w:hAnsi="Twinkl Cursive Looped"/>
        </w:rPr>
        <w:t xml:space="preserve"> for </w:t>
      </w:r>
      <w:r w:rsidRPr="00693BFE">
        <w:rPr>
          <w:rFonts w:ascii="Twinkl Cursive Looped" w:hAnsi="Twinkl Cursive Looped"/>
          <w:b/>
        </w:rPr>
        <w:t>Year 6 pupils</w:t>
      </w:r>
      <w:r w:rsidRPr="00693BFE">
        <w:rPr>
          <w:rFonts w:ascii="Twinkl Cursive Looped" w:hAnsi="Twinkl Cursive Looped"/>
        </w:rPr>
        <w:t xml:space="preserve"> will take place </w:t>
      </w:r>
      <w:r w:rsidRPr="00693BFE">
        <w:rPr>
          <w:rFonts w:ascii="Twinkl Cursive Looped" w:hAnsi="Twinkl Cursive Looped"/>
          <w:b/>
        </w:rPr>
        <w:t>from Monday 11th to Friday 15th May 2026.</w:t>
      </w:r>
      <w:r w:rsidRPr="00693BFE">
        <w:rPr>
          <w:rFonts w:ascii="Twinkl Cursive Looped" w:hAnsi="Twinkl Cursive Looped"/>
        </w:rPr>
        <w:t xml:space="preserve"> We will be working closely with the children to ensure they are well prepared, confident, and supported throughout the year.</w:t>
      </w:r>
    </w:p>
    <w:p w:rsidR="00DF5B87" w:rsidRPr="00693BFE" w:rsidRDefault="00693BFE">
      <w:pPr>
        <w:pStyle w:val="Heading2"/>
        <w:rPr>
          <w:rFonts w:ascii="Twinkl Cursive Looped" w:hAnsi="Twinkl Cursive Looped"/>
        </w:rPr>
      </w:pPr>
      <w:bookmarkStart w:id="2" w:name="_Hlk207355807"/>
      <w:bookmarkStart w:id="3" w:name="_Hlk207355820"/>
      <w:bookmarkStart w:id="4" w:name="_Hlk207355852"/>
      <w:r w:rsidRPr="00693BFE">
        <w:rPr>
          <w:rFonts w:ascii="Segoe UI Emoji" w:hAnsi="Segoe UI Emoji" w:cs="Segoe UI Emoji"/>
        </w:rPr>
        <w:t>👕</w:t>
      </w:r>
      <w:r w:rsidRPr="00693BFE">
        <w:rPr>
          <w:rFonts w:ascii="Twinkl Cursive Looped" w:hAnsi="Twinkl Cursive Looped"/>
        </w:rPr>
        <w:t xml:space="preserve"> School Uniform – Pride</w:t>
      </w:r>
      <w:bookmarkEnd w:id="2"/>
    </w:p>
    <w:bookmarkEnd w:id="3"/>
    <w:p w:rsidR="00DF5B87" w:rsidRPr="00693BFE" w:rsidRDefault="00693BFE">
      <w:pPr>
        <w:rPr>
          <w:rFonts w:ascii="Twinkl Cursive Looped" w:hAnsi="Twinkl Cursive Looped"/>
        </w:rPr>
      </w:pPr>
      <w:r w:rsidRPr="00693BFE">
        <w:rPr>
          <w:rFonts w:ascii="Twinkl Cursive Looped" w:hAnsi="Twinkl Cursive Looped"/>
        </w:rPr>
        <w:t>We kindly ask that all children arrive each day in full school uniform, ready to learn. Wearing uniform with pride helps children feel part of our school community and sets the tone for high expectations and positive behaviour.</w:t>
      </w:r>
    </w:p>
    <w:bookmarkEnd w:id="4"/>
    <w:p w:rsidR="00D25BEF" w:rsidRPr="00693BFE" w:rsidRDefault="00D25BEF" w:rsidP="00D25BEF">
      <w:pPr>
        <w:pStyle w:val="Heading2"/>
        <w:rPr>
          <w:rFonts w:ascii="Twinkl Cursive Looped" w:hAnsi="Twinkl Cursive Looped"/>
        </w:rPr>
      </w:pPr>
      <w:r>
        <w:rPr>
          <w:rFonts w:ascii="Twinkl Cursive Looped" w:hAnsi="Twinkl Cursive Looped"/>
        </w:rPr>
        <w:t>PE Days – school PE kit</w:t>
      </w:r>
    </w:p>
    <w:p w:rsidR="00D25BEF" w:rsidRDefault="00D25BEF">
      <w:pPr>
        <w:rPr>
          <w:rFonts w:ascii="Twinkl Cursive Looped" w:hAnsi="Twinkl Cursive Looped"/>
        </w:rPr>
      </w:pPr>
      <w:r>
        <w:rPr>
          <w:rFonts w:ascii="Twinkl Cursive Looped" w:hAnsi="Twinkl Cursive Looped"/>
        </w:rPr>
        <w:t>Stingray – Wednesdays</w:t>
      </w:r>
    </w:p>
    <w:p w:rsidR="00D25BEF" w:rsidRDefault="00D25BEF">
      <w:pPr>
        <w:rPr>
          <w:rFonts w:ascii="Twinkl Cursive Looped" w:hAnsi="Twinkl Cursive Looped"/>
        </w:rPr>
      </w:pPr>
      <w:r>
        <w:rPr>
          <w:rFonts w:ascii="Twinkl Cursive Looped" w:hAnsi="Twinkl Cursive Looped"/>
        </w:rPr>
        <w:t>Saw – Tuesdays</w:t>
      </w:r>
    </w:p>
    <w:p w:rsidR="00DF5B87" w:rsidRPr="00693BFE" w:rsidRDefault="00D25BEF">
      <w:pPr>
        <w:rPr>
          <w:rFonts w:ascii="Twinkl Cursive Looped" w:hAnsi="Twinkl Cursive Looped"/>
        </w:rPr>
      </w:pPr>
      <w:r>
        <w:rPr>
          <w:rFonts w:ascii="Twinkl Cursive Looped" w:hAnsi="Twinkl Cursive Looped"/>
        </w:rPr>
        <w:t>Lemon - Tuesdays</w:t>
      </w:r>
      <w:r w:rsidR="00693BFE" w:rsidRPr="00693BFE">
        <w:rPr>
          <w:rFonts w:ascii="Twinkl Cursive Looped" w:hAnsi="Twinkl Cursive Looped"/>
        </w:rPr>
        <w:br/>
      </w:r>
      <w:r w:rsidR="00693BFE" w:rsidRPr="00693BFE">
        <w:rPr>
          <w:rFonts w:ascii="Twinkl Cursive Looped" w:hAnsi="Twinkl Cursive Looped"/>
        </w:rPr>
        <w:br/>
        <w:t>Warm regards,</w:t>
      </w:r>
      <w:r w:rsidR="00693BFE" w:rsidRPr="00693BFE">
        <w:rPr>
          <w:rFonts w:ascii="Twinkl Cursive Looped" w:hAnsi="Twinkl Cursive Looped"/>
        </w:rPr>
        <w:br/>
      </w:r>
      <w:r w:rsidR="00D067B8">
        <w:rPr>
          <w:rFonts w:ascii="Twinkl Cursive Looped" w:hAnsi="Twinkl Cursive Looped"/>
        </w:rPr>
        <w:t>Year 5/6 team</w:t>
      </w:r>
    </w:p>
    <w:sectPr w:rsidR="00DF5B87" w:rsidRPr="00693BFE" w:rsidSect="00D25BE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Twinkl Cursive Looped">
    <w:panose1 w:val="02000000000000000000"/>
    <w:charset w:val="00"/>
    <w:family w:val="auto"/>
    <w:pitch w:val="variable"/>
    <w:sig w:usb0="00000003" w:usb1="00000001"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758CA"/>
    <w:rsid w:val="00693BFE"/>
    <w:rsid w:val="007C5984"/>
    <w:rsid w:val="009C4A26"/>
    <w:rsid w:val="00AA1D8D"/>
    <w:rsid w:val="00B47730"/>
    <w:rsid w:val="00CB0664"/>
    <w:rsid w:val="00D067B8"/>
    <w:rsid w:val="00D25BEF"/>
    <w:rsid w:val="00DF5B8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A8771046-2B4E-4C54-823D-6C86AA3F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44E44-C5B1-4372-9646-9189DCEA0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1698</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 RICHARDSON</cp:lastModifiedBy>
  <cp:revision>2</cp:revision>
  <dcterms:created xsi:type="dcterms:W3CDTF">2025-09-03T13:10:00Z</dcterms:created>
  <dcterms:modified xsi:type="dcterms:W3CDTF">2025-09-03T13:10:00Z</dcterms:modified>
  <cp:category/>
</cp:coreProperties>
</file>